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D00F65" w14:textId="77777777" w:rsidR="00DC7015" w:rsidRDefault="00B45C61">
      <w:pPr>
        <w:pStyle w:val="Nagwek1"/>
      </w:pPr>
      <w:bookmarkStart w:id="0" w:name="_GoBack"/>
      <w:bookmarkEnd w:id="0"/>
      <w:r>
        <w:t>Sprawozdanie z realizacji minigrantu</w:t>
      </w:r>
    </w:p>
    <w:p w14:paraId="42EB66C4" w14:textId="77777777" w:rsidR="00DC7015" w:rsidRDefault="00B45C61" w:rsidP="002043F3">
      <w:pPr>
        <w:spacing w:line="480" w:lineRule="auto"/>
      </w:pPr>
      <w:r>
        <w:br/>
        <w:t>SPRAWOZDANIE Z REALIZACJI MINIGRANTU</w:t>
      </w:r>
      <w:r>
        <w:br/>
        <w:t>Program: Minigranty Wolontariatu Rodzinnego ZDR3Plus 2025</w:t>
      </w:r>
      <w:r>
        <w:br/>
      </w:r>
      <w:r>
        <w:br/>
        <w:t>1. Nazwa projektu: ___________________________________________</w:t>
      </w:r>
      <w:r>
        <w:br/>
        <w:t>2. Wnioskodawca: ____________________________________________</w:t>
      </w:r>
      <w:r>
        <w:br/>
        <w:t>3. Termin realizacji: __________________________________________</w:t>
      </w:r>
      <w:r>
        <w:br/>
        <w:t>4. Opis zrealizowanych działań: ________________________________</w:t>
      </w:r>
      <w:r>
        <w:br/>
        <w:t>5. Liczba uczestników: ____________</w:t>
      </w:r>
      <w:r>
        <w:br/>
        <w:t>6. Rezultaty i efekty projektu: ________________________________</w:t>
      </w:r>
      <w:r>
        <w:br/>
        <w:t>7. Wydatki (zgodne z budżetem): ______________________________</w:t>
      </w:r>
      <w:r>
        <w:br/>
        <w:t>8. Uwagi i rekomendacje: ____________________________________</w:t>
      </w:r>
      <w:r>
        <w:br/>
        <w:t>9. Oświadczenie:</w:t>
      </w:r>
      <w:r>
        <w:br/>
        <w:t xml:space="preserve">   Oświadczam, że środki zostały wykorzystane zgodnie z przeznaczeniem i Regulaminem programu.</w:t>
      </w:r>
      <w:r>
        <w:br/>
        <w:t xml:space="preserve">   ...................................................</w:t>
      </w:r>
      <w:r>
        <w:br/>
        <w:t xml:space="preserve">   Data i podpis wnioskodawcy</w:t>
      </w:r>
      <w:r>
        <w:br/>
      </w:r>
    </w:p>
    <w:sectPr w:rsidR="00DC7015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CD051F" w14:textId="77777777" w:rsidR="004632BC" w:rsidRDefault="004632BC">
      <w:pPr>
        <w:spacing w:after="0" w:line="240" w:lineRule="auto"/>
      </w:pPr>
      <w:r>
        <w:separator/>
      </w:r>
    </w:p>
  </w:endnote>
  <w:endnote w:type="continuationSeparator" w:id="0">
    <w:p w14:paraId="349628AC" w14:textId="77777777" w:rsidR="004632BC" w:rsidRDefault="004632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4052FA" w14:textId="77777777" w:rsidR="00E161C8" w:rsidRDefault="00E161C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05EBB0" w14:textId="736BE81B" w:rsidR="00015204" w:rsidRPr="00015204" w:rsidRDefault="00015204" w:rsidP="00015204">
    <w:pPr>
      <w:pStyle w:val="Stopka"/>
      <w:rPr>
        <w:sz w:val="20"/>
        <w:szCs w:val="20"/>
        <w:lang w:val="pl-PL"/>
      </w:rPr>
    </w:pPr>
    <w:r w:rsidRPr="00015204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  <w:p w14:paraId="2D5D1F6F" w14:textId="3D8AF0E1" w:rsidR="00DC7015" w:rsidRPr="00015204" w:rsidRDefault="00B45C61">
    <w:pPr>
      <w:pStyle w:val="Stopka"/>
      <w:rPr>
        <w:sz w:val="20"/>
        <w:szCs w:val="20"/>
      </w:rPr>
    </w:pPr>
    <w:r w:rsidRPr="00015204">
      <w:rPr>
        <w:sz w:val="20"/>
        <w:szCs w:val="20"/>
      </w:rPr>
      <w:t>Zaktualizowano: październik 2025 r. | Kontakt: elzbieta.majka@3plus.pl | Związek Dużych Rodzin „Trzy Plus” Oddział Wielkopolski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7116C4" w14:textId="77777777" w:rsidR="00E161C8" w:rsidRDefault="00E161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6C50EF" w14:textId="77777777" w:rsidR="004632BC" w:rsidRDefault="004632BC">
      <w:pPr>
        <w:spacing w:after="0" w:line="240" w:lineRule="auto"/>
      </w:pPr>
      <w:r>
        <w:separator/>
      </w:r>
    </w:p>
  </w:footnote>
  <w:footnote w:type="continuationSeparator" w:id="0">
    <w:p w14:paraId="3DBDF95D" w14:textId="77777777" w:rsidR="004632BC" w:rsidRDefault="004632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CF723C" w14:textId="77777777" w:rsidR="00E161C8" w:rsidRDefault="00E161C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5A73E6" w14:textId="7642981E" w:rsidR="00DC7015" w:rsidRPr="00015204" w:rsidRDefault="00E161C8" w:rsidP="00015204">
    <w:pPr>
      <w:pStyle w:val="Nagwek"/>
    </w:pPr>
    <w:r>
      <w:rPr>
        <w:noProof/>
        <w:lang w:val="pl-PL" w:eastAsia="pl-PL"/>
      </w:rPr>
      <w:drawing>
        <wp:inline distT="0" distB="0" distL="0" distR="0" wp14:anchorId="27F9F5FE" wp14:editId="27836190">
          <wp:extent cx="5263598" cy="590550"/>
          <wp:effectExtent l="0" t="0" r="0" b="0"/>
          <wp:docPr id="17381692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9258" cy="591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A76568" w14:textId="77777777" w:rsidR="00E161C8" w:rsidRDefault="00E161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15204"/>
    <w:rsid w:val="00034616"/>
    <w:rsid w:val="0006063C"/>
    <w:rsid w:val="0015074B"/>
    <w:rsid w:val="002043F3"/>
    <w:rsid w:val="0029639D"/>
    <w:rsid w:val="00326F90"/>
    <w:rsid w:val="004632BC"/>
    <w:rsid w:val="008831E5"/>
    <w:rsid w:val="0089218D"/>
    <w:rsid w:val="00AA1D8D"/>
    <w:rsid w:val="00B01DDD"/>
    <w:rsid w:val="00B45C61"/>
    <w:rsid w:val="00B47730"/>
    <w:rsid w:val="00C97893"/>
    <w:rsid w:val="00CB0664"/>
    <w:rsid w:val="00DC7015"/>
    <w:rsid w:val="00E161C8"/>
    <w:rsid w:val="00E20475"/>
    <w:rsid w:val="00FC693F"/>
    <w:rsid w:val="00FF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CDD928"/>
  <w14:defaultImageDpi w14:val="300"/>
  <w15:docId w15:val="{02B202B8-13FD-4F71-9F2D-8998D95C0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tabs>
        <w:tab w:val="clear" w:pos="720"/>
        <w:tab w:val="num" w:pos="360"/>
      </w:tabs>
      <w:ind w:left="0" w:firstLine="0"/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0AF793-888D-44C1-8E46-AD22C9467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697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2025-11-06T11:03:00Z</dcterms:created>
  <dcterms:modified xsi:type="dcterms:W3CDTF">2025-11-06T11:03:00Z</dcterms:modified>
  <cp:category/>
</cp:coreProperties>
</file>